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28"/>
          <w:bCs/>
        </w:rPr>
        <w:t>Alcoholics Anonymous (A.A.)</w:t>
      </w:r>
    </w:p>
    <w:p>
      <w:pPr>
        <w:spacing w:after="320"/>
        <w:jc w:val="center"/>
      </w:pPr>
      <w:r>
        <w:rPr>
          <w:b w:val="0"/>
          <w:sz w:val="20"/>
        </w:rPr>
        <w:t>www.aapune.org</w:t>
      </w:r>
    </w:p>
    <w:p>
      <w:pPr>
        <w:spacing w:after="160"/>
        <w:jc w:val="right"/>
      </w:pPr>
      <w:r>
        <w:rPr>
          <w:b w:val="0"/>
        </w:rPr>
        <w:t>Date: ______________</w:t>
      </w:r>
    </w:p>
    <w:p>
      <w:pPr>
        <w:spacing w:after="40"/>
      </w:pPr>
      <w:r>
        <w:rPr>
          <w:b w:val="0"/>
        </w:rPr>
        <w:t>To,</w:t>
      </w:r>
    </w:p>
    <w:p>
      <w:pPr>
        <w:spacing w:after="40"/>
      </w:pPr>
      <w:r>
        <w:rPr>
          <w:b w:val="0"/>
        </w:rPr>
        <w:t>The Hon'ble Chief Medical Officer,</w:t>
      </w:r>
    </w:p>
    <w:p>
      <w:pPr>
        <w:spacing w:after="40"/>
      </w:pPr>
      <w:r>
        <w:rPr>
          <w:b w:val="0"/>
        </w:rPr>
        <w:t>______________________________________________</w:t>
      </w:r>
    </w:p>
    <w:p>
      <w:pPr>
        <w:spacing w:after="280"/>
      </w:pPr>
      <w:r>
        <w:rPr>
          <w:b w:val="0"/>
        </w:rPr>
        <w:t>______________________________________________  (Hospital name and address)</w:t>
      </w:r>
    </w:p>
    <w:p>
      <w:pPr>
        <w:spacing w:after="80"/>
      </w:pPr>
      <w:r>
        <w:rPr>
          <w:b/>
          <w:bCs/>
        </w:rPr>
        <w:t>Subject:</w:t>
      </w:r>
    </w:p>
    <w:p>
      <w:pPr>
        <w:spacing w:after="80"/>
      </w:pPr>
      <w:r>
        <w:rPr>
          <w:b w:val="0"/>
        </w:rPr>
        <w:t>1) Permission to set up an Alcoholics Anonymous (A.A.) public-awareness stall in your hospital's O.P.D. ward on Thursday, 1st October 2026, from 9:00 a.m. to 1:00 p.m.;</w:t>
      </w:r>
    </w:p>
    <w:p>
      <w:pPr>
        <w:spacing w:after="80"/>
      </w:pPr>
      <w:r>
        <w:rPr>
          <w:b w:val="0"/>
        </w:rPr>
        <w:t>2) Permission to place a permanent 6 x 3 ft A.A. board/standee in the O.P.D. ward; and</w:t>
      </w:r>
    </w:p>
    <w:p>
      <w:pPr>
        <w:spacing w:after="280"/>
      </w:pPr>
      <w:r>
        <w:rPr>
          <w:b w:val="0"/>
        </w:rPr>
        <w:t>3) Permission to keep an A.A. literature folder/rack in the O.P.D.</w:t>
      </w:r>
    </w:p>
    <w:p>
      <w:pPr>
        <w:spacing w:after="160"/>
      </w:pPr>
      <w:r>
        <w:rPr>
          <w:b w:val="0"/>
        </w:rPr>
        <w:t>Respected Sir/Madam,</w:t>
      </w:r>
    </w:p>
    <w:p>
      <w:pPr>
        <w:spacing w:after="160"/>
      </w:pPr>
      <w:r>
        <w:rPr>
          <w:b w:val="0"/>
        </w:rPr>
        <w:t>We kindly request your permission to set up an A.A. public-awareness stall in your hospital's O.P.D. ward on 1st October 2026 from 9:00 a.m. to 1:00 p.m., to place a permanent 6 x 3 ft A.A. board in the O.P.D. ward, and to keep an A.A. literature folder in the O.P.D. — so that as many people as possible may learn about the illness of alcoholism and the free help available through A.A. to recover from it.</w:t>
      </w:r>
    </w:p>
    <w:p>
      <w:pPr>
        <w:spacing w:after="160"/>
      </w:pPr>
      <w:r>
        <w:rPr>
          <w:b w:val="0"/>
        </w:rPr>
        <w:t>Alcoholics Anonymous has been at work worldwide for over 90 years, in more than 180 countries, helping millions of alcoholics recover from alcoholism entirely free of charge. There are no fees or dues for A.A. membership, and no conditions — the only requirement is a desire to stop drinking. Across many states of India, A.A. is helping thousands of men and women stay free of alcohol.</w:t>
      </w:r>
    </w:p>
    <w:p>
      <w:pPr>
        <w:spacing w:after="400"/>
      </w:pPr>
      <w:r>
        <w:rPr>
          <w:b w:val="0"/>
        </w:rPr>
        <w:t>We humbly request you to kindly grant this permission.</w:t>
      </w:r>
    </w:p>
    <w:p>
      <w:pPr>
        <w:spacing w:after="40"/>
      </w:pPr>
      <w:r>
        <w:rPr>
          <w:b w:val="0"/>
        </w:rPr>
        <w:t>Yours faithfully, in the service of A.A.,</w:t>
      </w:r>
    </w:p>
    <w:p>
      <w:pPr>
        <w:spacing w:after="40"/>
      </w:pPr>
      <w:r>
        <w:rPr>
          <w:b/>
          <w:bCs/>
        </w:rPr>
        <w:t>Public Information Chairperson</w:t>
      </w:r>
    </w:p>
    <w:p>
      <w:pPr>
        <w:spacing w:after="40"/>
      </w:pPr>
      <w:r>
        <w:rPr>
          <w:b w:val="0"/>
        </w:rPr>
        <w:t>Alcoholics Anonymous, Pune</w:t>
      </w:r>
    </w:p>
    <w:p>
      <w:pPr>
        <w:spacing w:after="40"/>
      </w:pPr>
      <w:r>
        <w:rPr>
          <w:b w:val="0"/>
        </w:rPr>
        <w:t>www.aapune.org</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irmala UI" w:hAnsi="Nirmala UI" w:cs="Nirmala UI" w:eastAsia="Nirmala U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