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jc w:val="center"/>
      </w:pPr>
      <w:r>
        <w:rPr>
          <w:b/>
          <w:sz w:val="26"/>
          <w:bCs/>
        </w:rPr>
        <w:t>अल्कोहोलिक्स अ‍ॅनॉनिमस (ए. ए.)  ·  www.aapune.org</w:t>
      </w:r>
    </w:p>
    <w:p>
      <w:pPr>
        <w:spacing w:after="80"/>
        <w:jc w:val="right"/>
      </w:pPr>
      <w:r>
        <w:rPr>
          <w:b w:val="0"/>
        </w:rPr>
        <w:t>दिनांक : ______________</w:t>
      </w:r>
    </w:p>
    <w:p>
      <w:pPr>
        <w:spacing w:after="40"/>
      </w:pPr>
      <w:r>
        <w:rPr>
          <w:b w:val="0"/>
        </w:rPr>
        <w:t>प्रति,</w:t>
      </w:r>
    </w:p>
    <w:p>
      <w:pPr>
        <w:spacing w:after="40"/>
      </w:pPr>
      <w:r>
        <w:rPr>
          <w:b w:val="0"/>
        </w:rPr>
        <w:t>माननीय प्रमुख वैद्यकीय अधिकारी,</w:t>
      </w:r>
    </w:p>
    <w:p>
      <w:pPr>
        <w:spacing w:after="40"/>
      </w:pPr>
      <w:r>
        <w:rPr>
          <w:b w:val="0"/>
        </w:rPr>
        <w:t>______________________________________________</w:t>
      </w:r>
    </w:p>
    <w:p>
      <w:pPr>
        <w:spacing w:after="200"/>
      </w:pPr>
      <w:r>
        <w:rPr>
          <w:b w:val="0"/>
        </w:rPr>
        <w:t>______________________________________________  (हॉस्पिटलचे नाव व पत्ता)</w:t>
      </w:r>
    </w:p>
    <w:p>
      <w:pPr>
        <w:spacing w:after="60"/>
      </w:pPr>
      <w:r>
        <w:rPr>
          <w:b/>
          <w:bCs/>
        </w:rPr>
        <w:t>विषय :</w:t>
      </w:r>
    </w:p>
    <w:p>
      <w:pPr>
        <w:spacing w:after="60"/>
      </w:pPr>
      <w:r>
        <w:rPr>
          <w:b w:val="0"/>
        </w:rPr>
        <w:t>१) दिनांक १ ऑक्टोबर २०२६ (गुरुवार) रोजी आपल्या हॉस्पिटलच्या ओ. पी. डी. वॉर्डमध्ये सकाळी ९.०० ते दुपारी १.०० या वेळेत ए. ए. चा जनजागृती स्टॉल लावण्यासाठी परवानगी मिळणेबाबत;</w:t>
      </w:r>
    </w:p>
    <w:p>
      <w:pPr>
        <w:spacing w:after="60"/>
      </w:pPr>
      <w:r>
        <w:rPr>
          <w:b w:val="0"/>
        </w:rPr>
        <w:t>२) ए. ए. चा ६ x ३ फूट आकाराचा बोर्ड/स्टँडी ओ. पी. डी. वॉर्डमध्ये कायमस्वरूपी ठेवण्याबाबत;</w:t>
      </w:r>
    </w:p>
    <w:p>
      <w:pPr>
        <w:spacing w:after="200"/>
      </w:pPr>
      <w:r>
        <w:rPr>
          <w:b w:val="0"/>
        </w:rPr>
        <w:t>३) ए. ए. लिटरेचर फोल्डर/रॅक ओ. पी. डी.मध्ये ठेवण्यासाठी परवानगी मिळणेबाबत.</w:t>
      </w:r>
    </w:p>
    <w:p>
      <w:pPr>
        <w:spacing w:after="120"/>
      </w:pPr>
      <w:r>
        <w:rPr>
          <w:b w:val="0"/>
        </w:rPr>
        <w:t>माननीय महोदय/महोदया,</w:t>
      </w:r>
    </w:p>
    <w:p>
      <w:pPr>
        <w:spacing w:after="120"/>
      </w:pPr>
      <w:r>
        <w:rPr>
          <w:b w:val="0"/>
        </w:rPr>
        <w:t>वरील तीन बाबींसाठी आपली परवानगी मिळावी, अशी आम्ही आपणांस नम्र विनंती करत आहोत. जेणेकरून जास्तीत जास्त लोकांना मद्यपाश (दारूचे व्यसन) हा आजार व त्यातून बरे होण्यासाठी ए. ए. च्या आधारे उपलब्ध असलेल्या मोफत मदतीबद्दल माहिती मिळेल.</w:t>
      </w:r>
    </w:p>
    <w:p>
      <w:pPr>
        <w:spacing w:after="120"/>
      </w:pPr>
      <w:r>
        <w:rPr>
          <w:b w:val="0"/>
        </w:rPr>
        <w:t>अल्कोहोलिक्स अ‍ॅनॉनिमस (ए. ए.) ही संस्था गेल्या ९० वर्षांपासून जगातील १८० हून अधिक देशांत कार्यरत असून, लाखो मद्यपी बांधवांना मद्यपाश आजारातून बरे होण्यास विनामूल्य मदत करत आहे. ए. ए. चे सभासद होण्यासाठी कोणतीही वर्गणी आकारली जात नाही अथवा कोणतीही अट नाही. मद्यपान थांबविण्याची इच्छा असलेली कोणतीही व्यक्ती या संस्थेची सभासद होऊ शकते. भारतातील अनेक राज्यांमध्ये ए. ए. संस्था हजारो स्त्री-पुरुषांना मद्यमुक्त राहण्यास मदत करत आहे.</w:t>
      </w:r>
    </w:p>
    <w:p>
      <w:pPr>
        <w:spacing w:after="280"/>
      </w:pPr>
      <w:r>
        <w:rPr>
          <w:b w:val="0"/>
        </w:rPr>
        <w:t>कृपया परवानगी द्यावी, ही नम्र विनंती.</w:t>
      </w:r>
    </w:p>
    <w:p>
      <w:pPr>
        <w:spacing w:after="40"/>
      </w:pPr>
      <w:r>
        <w:rPr>
          <w:b w:val="0"/>
        </w:rPr>
        <w:t>आपला विश्वासू, ए. ए. च्या सेवेत,</w:t>
      </w:r>
    </w:p>
    <w:p>
      <w:pPr>
        <w:spacing w:after="40"/>
      </w:pPr>
      <w:r>
        <w:rPr>
          <w:b/>
          <w:bCs/>
        </w:rPr>
        <w:t>जनसंपर्क अध्यक्ष</w:t>
      </w:r>
    </w:p>
    <w:p>
      <w:pPr>
        <w:spacing w:after="40"/>
      </w:pPr>
      <w:r>
        <w:rPr>
          <w:b w:val="0"/>
        </w:rPr>
        <w:t>अल्कोहोलिक्स अ‍ॅनॉनिमस, पुणे  ·  www.aapune.org</w:t>
      </w:r>
    </w:p>
    <w:sectPr w:rsidR="00FC693F" w:rsidRPr="0006063C" w:rsidSect="00034616">
      <w:pgSz w:w="12240" w:h="15840"/>
      <w:pgMar w:top="964" w:right="1247" w:bottom="96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irmala UI" w:hAnsi="Nirmala UI" w:cs="Nirmala UI" w:eastAsia="Nirmala U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